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5328"/>
        <w:gridCol w:w="5328"/>
      </w:tblGrid>
      <w:tr w:rsidR="006E44A8" w14:paraId="391CA405" w14:textId="77777777">
        <w:trPr>
          <w:cantSplit/>
          <w:jc w:val="center"/>
        </w:trPr>
        <w:tc>
          <w:tcPr>
            <w:tcW w:w="5328" w:type="dxa"/>
            <w:tcBorders>
              <w:top w:val="single" w:sz="6" w:space="0" w:color="0B1F3A"/>
              <w:left w:val="single" w:sz="6" w:space="0" w:color="0B1F3A"/>
              <w:bottom w:val="single" w:sz="6" w:space="0" w:color="0B1F3A"/>
              <w:right w:val="single" w:sz="6" w:space="0" w:color="0B1F3A"/>
            </w:tcBorders>
            <w:shd w:val="clear" w:color="auto" w:fill="0B1F3A"/>
            <w:tcMar>
              <w:top w:w="140" w:type="dxa"/>
              <w:left w:w="110" w:type="dxa"/>
              <w:bottom w:w="140" w:type="dxa"/>
              <w:right w:w="110" w:type="dxa"/>
            </w:tcMar>
            <w:vAlign w:val="center"/>
          </w:tcPr>
          <w:p w14:paraId="2B4AEF57" w14:textId="77777777" w:rsidR="006E44A8" w:rsidRDefault="00000000">
            <w:pPr>
              <w:spacing w:after="0"/>
            </w:pPr>
            <w:r>
              <w:rPr>
                <w:b/>
                <w:color w:val="FFFFFF"/>
                <w:sz w:val="32"/>
              </w:rPr>
              <w:t>BAYS CLUB INCORPORATED</w:t>
            </w:r>
            <w:r>
              <w:br/>
            </w:r>
            <w:r>
              <w:rPr>
                <w:b/>
                <w:color w:val="C9A227"/>
                <w:sz w:val="24"/>
              </w:rPr>
              <w:t>Membership Application Form</w:t>
            </w:r>
          </w:p>
        </w:tc>
        <w:tc>
          <w:tcPr>
            <w:tcW w:w="5328" w:type="dxa"/>
            <w:tcBorders>
              <w:top w:val="single" w:sz="6" w:space="0" w:color="0B1F3A"/>
              <w:left w:val="single" w:sz="6" w:space="0" w:color="0B1F3A"/>
              <w:bottom w:val="single" w:sz="6" w:space="0" w:color="0B1F3A"/>
              <w:right w:val="single" w:sz="6" w:space="0" w:color="0B1F3A"/>
            </w:tcBorders>
            <w:shd w:val="clear" w:color="auto" w:fill="0B1F3A"/>
            <w:tcMar>
              <w:top w:w="140" w:type="dxa"/>
              <w:left w:w="110" w:type="dxa"/>
              <w:bottom w:w="140" w:type="dxa"/>
              <w:right w:w="110" w:type="dxa"/>
            </w:tcMar>
            <w:vAlign w:val="center"/>
          </w:tcPr>
          <w:p w14:paraId="5F35543C" w14:textId="77777777" w:rsidR="006E44A8" w:rsidRDefault="00000000">
            <w:pPr>
              <w:spacing w:after="0"/>
              <w:jc w:val="right"/>
            </w:pPr>
            <w:r>
              <w:rPr>
                <w:b/>
                <w:color w:val="FFFFFF"/>
                <w:sz w:val="20"/>
              </w:rPr>
              <w:t>6 Anzac Road, Browns Bay</w:t>
            </w:r>
            <w:r>
              <w:br/>
            </w:r>
            <w:r>
              <w:rPr>
                <w:b/>
                <w:color w:val="FFFFFF"/>
                <w:sz w:val="20"/>
              </w:rPr>
              <w:t>Member No. __________________</w:t>
            </w:r>
          </w:p>
        </w:tc>
      </w:tr>
    </w:tbl>
    <w:p w14:paraId="5530AF01" w14:textId="77777777" w:rsidR="006E44A8" w:rsidRDefault="00000000">
      <w:pPr>
        <w:spacing w:before="120" w:after="40"/>
        <w:jc w:val="center"/>
      </w:pPr>
      <w:r>
        <w:rPr>
          <w:color w:val="0B1F3A"/>
          <w:sz w:val="18"/>
        </w:rPr>
        <w:t>No proposer or seconder is required for Ordinary, Senior or Temporary membership applications. Membership is based on application, payment of the applicable subscription fee, and the applicant consent declaration.</w:t>
      </w:r>
    </w:p>
    <w:p w14:paraId="26C1DDC5" w14:textId="77777777" w:rsidR="006E44A8" w:rsidRDefault="00000000">
      <w:pPr>
        <w:pBdr>
          <w:bottom w:val="single" w:sz="8" w:space="2" w:color="C9A227"/>
        </w:pBdr>
        <w:spacing w:before="160" w:after="80"/>
      </w:pPr>
      <w:r>
        <w:rPr>
          <w:b/>
          <w:color w:val="0B1F3A"/>
          <w:sz w:val="23"/>
        </w:rPr>
        <w:t>MEMBERSHIP TYPE</w:t>
      </w:r>
    </w:p>
    <w:tbl>
      <w:tblPr>
        <w:tblW w:w="0" w:type="auto"/>
        <w:jc w:val="center"/>
        <w:tblLook w:val="04A0" w:firstRow="1" w:lastRow="0" w:firstColumn="1" w:lastColumn="0" w:noHBand="0" w:noVBand="1"/>
      </w:tblPr>
      <w:tblGrid>
        <w:gridCol w:w="3552"/>
        <w:gridCol w:w="3552"/>
        <w:gridCol w:w="3552"/>
      </w:tblGrid>
      <w:tr w:rsidR="006E44A8" w14:paraId="1395C13A" w14:textId="77777777">
        <w:trPr>
          <w:cantSplit/>
          <w:jc w:val="center"/>
        </w:trPr>
        <w:tc>
          <w:tcPr>
            <w:tcW w:w="3552" w:type="dxa"/>
            <w:tcBorders>
              <w:top w:val="single" w:sz="6" w:space="0" w:color="D5DBE5"/>
              <w:left w:val="single" w:sz="6" w:space="0" w:color="D5DBE5"/>
              <w:bottom w:val="single" w:sz="6" w:space="0" w:color="D5DBE5"/>
              <w:right w:val="single" w:sz="6" w:space="0" w:color="D5DBE5"/>
            </w:tcBorders>
            <w:shd w:val="clear" w:color="auto" w:fill="F4F6F8"/>
            <w:tcMar>
              <w:top w:w="80" w:type="dxa"/>
              <w:left w:w="110" w:type="dxa"/>
              <w:bottom w:w="80" w:type="dxa"/>
              <w:right w:w="110" w:type="dxa"/>
            </w:tcMar>
            <w:vAlign w:val="center"/>
          </w:tcPr>
          <w:p w14:paraId="798C8C79" w14:textId="77777777" w:rsidR="006E44A8" w:rsidRDefault="00000000">
            <w:pPr>
              <w:spacing w:after="0"/>
              <w:jc w:val="center"/>
            </w:pPr>
            <w:r>
              <w:rPr>
                <w:b/>
                <w:color w:val="0B1F3A"/>
                <w:sz w:val="21"/>
              </w:rPr>
              <w:t xml:space="preserve">☐ </w:t>
            </w:r>
            <w:r>
              <w:rPr>
                <w:b/>
                <w:color w:val="0B1F3A"/>
                <w:sz w:val="20"/>
              </w:rPr>
              <w:t>Ordinary Membership</w:t>
            </w:r>
            <w:r>
              <w:br/>
            </w:r>
            <w:r>
              <w:rPr>
                <w:color w:val="000000"/>
                <w:sz w:val="17"/>
              </w:rPr>
              <w:t>$110.00 per year</w:t>
            </w:r>
          </w:p>
        </w:tc>
        <w:tc>
          <w:tcPr>
            <w:tcW w:w="3552" w:type="dxa"/>
            <w:tcBorders>
              <w:top w:val="single" w:sz="6" w:space="0" w:color="D5DBE5"/>
              <w:left w:val="single" w:sz="6" w:space="0" w:color="D5DBE5"/>
              <w:bottom w:val="single" w:sz="6" w:space="0" w:color="D5DBE5"/>
              <w:right w:val="single" w:sz="6" w:space="0" w:color="D5DBE5"/>
            </w:tcBorders>
            <w:shd w:val="clear" w:color="auto" w:fill="F4F6F8"/>
            <w:tcMar>
              <w:top w:w="80" w:type="dxa"/>
              <w:left w:w="110" w:type="dxa"/>
              <w:bottom w:w="80" w:type="dxa"/>
              <w:right w:w="110" w:type="dxa"/>
            </w:tcMar>
            <w:vAlign w:val="center"/>
          </w:tcPr>
          <w:p w14:paraId="7BC6E1DC" w14:textId="77777777" w:rsidR="006E44A8" w:rsidRDefault="00000000">
            <w:pPr>
              <w:spacing w:after="0"/>
              <w:jc w:val="center"/>
            </w:pPr>
            <w:r>
              <w:rPr>
                <w:b/>
                <w:color w:val="0B1F3A"/>
                <w:sz w:val="21"/>
              </w:rPr>
              <w:t xml:space="preserve">☐ </w:t>
            </w:r>
            <w:r>
              <w:rPr>
                <w:b/>
                <w:color w:val="0B1F3A"/>
                <w:sz w:val="20"/>
              </w:rPr>
              <w:t>Senior Membership</w:t>
            </w:r>
            <w:r>
              <w:br/>
            </w:r>
            <w:r>
              <w:rPr>
                <w:color w:val="000000"/>
                <w:sz w:val="17"/>
              </w:rPr>
              <w:t>65 years or Gold Card holder</w:t>
            </w:r>
            <w:r>
              <w:rPr>
                <w:color w:val="000000"/>
                <w:sz w:val="17"/>
              </w:rPr>
              <w:br/>
              <w:t>$60.00 per year</w:t>
            </w:r>
          </w:p>
        </w:tc>
        <w:tc>
          <w:tcPr>
            <w:tcW w:w="3552" w:type="dxa"/>
            <w:tcBorders>
              <w:top w:val="single" w:sz="6" w:space="0" w:color="D5DBE5"/>
              <w:left w:val="single" w:sz="6" w:space="0" w:color="D5DBE5"/>
              <w:bottom w:val="single" w:sz="6" w:space="0" w:color="D5DBE5"/>
              <w:right w:val="single" w:sz="6" w:space="0" w:color="D5DBE5"/>
            </w:tcBorders>
            <w:shd w:val="clear" w:color="auto" w:fill="F4F6F8"/>
            <w:tcMar>
              <w:top w:w="80" w:type="dxa"/>
              <w:left w:w="110" w:type="dxa"/>
              <w:bottom w:w="80" w:type="dxa"/>
              <w:right w:w="110" w:type="dxa"/>
            </w:tcMar>
            <w:vAlign w:val="center"/>
          </w:tcPr>
          <w:p w14:paraId="6EBE7109" w14:textId="77777777" w:rsidR="006E44A8" w:rsidRDefault="00000000">
            <w:pPr>
              <w:spacing w:after="0"/>
              <w:jc w:val="center"/>
            </w:pPr>
            <w:r>
              <w:rPr>
                <w:b/>
                <w:color w:val="0B1F3A"/>
                <w:sz w:val="21"/>
              </w:rPr>
              <w:t xml:space="preserve">☐ </w:t>
            </w:r>
            <w:r>
              <w:rPr>
                <w:b/>
                <w:color w:val="0B1F3A"/>
                <w:sz w:val="20"/>
              </w:rPr>
              <w:t>Temporary Membership</w:t>
            </w:r>
            <w:r>
              <w:br/>
            </w:r>
            <w:r>
              <w:rPr>
                <w:color w:val="000000"/>
                <w:sz w:val="17"/>
              </w:rPr>
              <w:t>One month</w:t>
            </w:r>
            <w:r>
              <w:rPr>
                <w:color w:val="000000"/>
                <w:sz w:val="17"/>
              </w:rPr>
              <w:br/>
              <w:t>$15.00</w:t>
            </w:r>
          </w:p>
        </w:tc>
      </w:tr>
    </w:tbl>
    <w:p w14:paraId="55662C60" w14:textId="77777777" w:rsidR="006E44A8" w:rsidRDefault="00000000">
      <w:pPr>
        <w:pBdr>
          <w:bottom w:val="single" w:sz="8" w:space="2" w:color="C9A227"/>
        </w:pBdr>
        <w:spacing w:before="160" w:after="80"/>
      </w:pPr>
      <w:r>
        <w:rPr>
          <w:b/>
          <w:color w:val="0B1F3A"/>
          <w:sz w:val="23"/>
        </w:rPr>
        <w:t>PERSONAL DETAILS</w:t>
      </w:r>
    </w:p>
    <w:tbl>
      <w:tblPr>
        <w:tblW w:w="0" w:type="auto"/>
        <w:jc w:val="center"/>
        <w:tblLook w:val="04A0" w:firstRow="1" w:lastRow="0" w:firstColumn="1" w:lastColumn="0" w:noHBand="0" w:noVBand="1"/>
      </w:tblPr>
      <w:tblGrid>
        <w:gridCol w:w="2520"/>
        <w:gridCol w:w="7848"/>
      </w:tblGrid>
      <w:tr w:rsidR="006E44A8" w14:paraId="430570D9" w14:textId="77777777" w:rsidTr="1DFD4DDE">
        <w:trPr>
          <w:cantSplit/>
          <w:jc w:val="center"/>
        </w:trPr>
        <w:tc>
          <w:tcPr>
            <w:tcW w:w="2520" w:type="dxa"/>
            <w:shd w:val="clear" w:color="auto" w:fill="F4F6F8"/>
          </w:tcPr>
          <w:p w14:paraId="59AD10AE" w14:textId="77777777" w:rsidR="006E44A8" w:rsidRDefault="00000000">
            <w:r>
              <w:rPr>
                <w:b/>
                <w:color w:val="0B1F3A"/>
                <w:sz w:val="18"/>
              </w:rPr>
              <w:t>Title</w:t>
            </w:r>
          </w:p>
        </w:tc>
        <w:tc>
          <w:tcPr>
            <w:tcW w:w="7848" w:type="dxa"/>
          </w:tcPr>
          <w:p w14:paraId="1AFAFF20" w14:textId="5E91E746" w:rsidR="006E44A8" w:rsidRDefault="1DFD4DDE">
            <w:r w:rsidRPr="1DFD4DDE">
              <w:rPr>
                <w:color w:val="000000"/>
                <w:sz w:val="18"/>
                <w:szCs w:val="18"/>
              </w:rPr>
              <w:t xml:space="preserve">☐ </w:t>
            </w:r>
            <w:r w:rsidRPr="1DFD4DDE">
              <w:rPr>
                <w:color w:val="000000" w:themeColor="text1"/>
                <w:sz w:val="18"/>
                <w:szCs w:val="18"/>
              </w:rPr>
              <w:t xml:space="preserve">Mr     ☐ Mrs     ☐ Miss     ☐ Ms     ☐ Other: </w:t>
            </w:r>
          </w:p>
        </w:tc>
      </w:tr>
      <w:tr w:rsidR="006E44A8" w14:paraId="3C50F967" w14:textId="77777777" w:rsidTr="1DFD4DDE">
        <w:trPr>
          <w:cantSplit/>
          <w:jc w:val="center"/>
        </w:trPr>
        <w:tc>
          <w:tcPr>
            <w:tcW w:w="2520" w:type="dxa"/>
            <w:shd w:val="clear" w:color="auto" w:fill="F4F6F8"/>
          </w:tcPr>
          <w:p w14:paraId="7A5AD88A" w14:textId="77777777" w:rsidR="006E44A8" w:rsidRDefault="00000000">
            <w:r>
              <w:rPr>
                <w:b/>
                <w:color w:val="0B1F3A"/>
                <w:sz w:val="18"/>
              </w:rPr>
              <w:t>First Name(s)</w:t>
            </w:r>
          </w:p>
        </w:tc>
        <w:tc>
          <w:tcPr>
            <w:tcW w:w="7848" w:type="dxa"/>
          </w:tcPr>
          <w:p w14:paraId="79260CBE" w14:textId="77777777" w:rsidR="006E44A8" w:rsidRDefault="1DFD4DDE">
            <w:r w:rsidRPr="1DFD4DDE">
              <w:rPr>
                <w:color w:val="000000"/>
                <w:sz w:val="18"/>
                <w:szCs w:val="18"/>
              </w:rPr>
              <w:t>_____________________________________________________________</w:t>
            </w:r>
          </w:p>
        </w:tc>
      </w:tr>
      <w:tr w:rsidR="006E44A8" w14:paraId="3B240155" w14:textId="77777777" w:rsidTr="1DFD4DDE">
        <w:trPr>
          <w:cantSplit/>
          <w:jc w:val="center"/>
        </w:trPr>
        <w:tc>
          <w:tcPr>
            <w:tcW w:w="2520" w:type="dxa"/>
            <w:shd w:val="clear" w:color="auto" w:fill="F4F6F8"/>
          </w:tcPr>
          <w:p w14:paraId="7E2C39B4" w14:textId="77777777" w:rsidR="006E44A8" w:rsidRDefault="00000000">
            <w:r>
              <w:rPr>
                <w:b/>
                <w:color w:val="0B1F3A"/>
                <w:sz w:val="18"/>
              </w:rPr>
              <w:t>Surname</w:t>
            </w:r>
          </w:p>
        </w:tc>
        <w:tc>
          <w:tcPr>
            <w:tcW w:w="7848" w:type="dxa"/>
          </w:tcPr>
          <w:p w14:paraId="39608C6F" w14:textId="77777777" w:rsidR="006E44A8" w:rsidRDefault="1DFD4DDE">
            <w:r w:rsidRPr="1DFD4DDE">
              <w:rPr>
                <w:color w:val="000000"/>
                <w:sz w:val="18"/>
                <w:szCs w:val="18"/>
              </w:rPr>
              <w:t>_____________________________________________________________</w:t>
            </w:r>
          </w:p>
        </w:tc>
      </w:tr>
      <w:tr w:rsidR="006E44A8" w14:paraId="639774BC" w14:textId="77777777" w:rsidTr="1DFD4DDE">
        <w:trPr>
          <w:cantSplit/>
          <w:jc w:val="center"/>
        </w:trPr>
        <w:tc>
          <w:tcPr>
            <w:tcW w:w="2520" w:type="dxa"/>
            <w:shd w:val="clear" w:color="auto" w:fill="F4F6F8"/>
          </w:tcPr>
          <w:p w14:paraId="318BF562" w14:textId="77777777" w:rsidR="006E44A8" w:rsidRDefault="00000000">
            <w:r>
              <w:rPr>
                <w:b/>
                <w:color w:val="0B1F3A"/>
                <w:sz w:val="18"/>
              </w:rPr>
              <w:t>Preferred Name</w:t>
            </w:r>
          </w:p>
        </w:tc>
        <w:tc>
          <w:tcPr>
            <w:tcW w:w="7848" w:type="dxa"/>
          </w:tcPr>
          <w:p w14:paraId="1FF20882" w14:textId="77777777" w:rsidR="006E44A8" w:rsidRDefault="1DFD4DDE">
            <w:r w:rsidRPr="1DFD4DDE">
              <w:rPr>
                <w:color w:val="000000"/>
                <w:sz w:val="18"/>
                <w:szCs w:val="18"/>
              </w:rPr>
              <w:t>_____________________________________________________________</w:t>
            </w:r>
          </w:p>
        </w:tc>
      </w:tr>
      <w:tr w:rsidR="006E44A8" w14:paraId="280C53B0" w14:textId="77777777" w:rsidTr="1DFD4DDE">
        <w:trPr>
          <w:cantSplit/>
          <w:jc w:val="center"/>
        </w:trPr>
        <w:tc>
          <w:tcPr>
            <w:tcW w:w="2520" w:type="dxa"/>
            <w:shd w:val="clear" w:color="auto" w:fill="F4F6F8"/>
          </w:tcPr>
          <w:p w14:paraId="4B39FEE2" w14:textId="77777777" w:rsidR="006E44A8" w:rsidRDefault="00000000">
            <w:r>
              <w:rPr>
                <w:b/>
                <w:color w:val="0B1F3A"/>
                <w:sz w:val="18"/>
              </w:rPr>
              <w:t>Date of Birth</w:t>
            </w:r>
          </w:p>
        </w:tc>
        <w:tc>
          <w:tcPr>
            <w:tcW w:w="7848" w:type="dxa"/>
          </w:tcPr>
          <w:p w14:paraId="3C28BCFB" w14:textId="77777777" w:rsidR="006E44A8" w:rsidRDefault="00000000">
            <w:r>
              <w:rPr>
                <w:color w:val="000000"/>
                <w:sz w:val="18"/>
              </w:rPr>
              <w:t>____ / ___</w:t>
            </w:r>
            <w:proofErr w:type="gramStart"/>
            <w:r>
              <w:rPr>
                <w:color w:val="000000"/>
                <w:sz w:val="18"/>
              </w:rPr>
              <w:t>_ / _</w:t>
            </w:r>
            <w:proofErr w:type="gramEnd"/>
            <w:r>
              <w:rPr>
                <w:color w:val="000000"/>
                <w:sz w:val="18"/>
              </w:rPr>
              <w:t>_____</w:t>
            </w:r>
          </w:p>
        </w:tc>
      </w:tr>
    </w:tbl>
    <w:p w14:paraId="2B12EB69" w14:textId="77777777" w:rsidR="006E44A8" w:rsidRDefault="00000000">
      <w:pPr>
        <w:pBdr>
          <w:bottom w:val="single" w:sz="8" w:space="2" w:color="C9A227"/>
        </w:pBdr>
        <w:spacing w:before="160" w:after="80"/>
      </w:pPr>
      <w:r>
        <w:rPr>
          <w:b/>
          <w:color w:val="0B1F3A"/>
          <w:sz w:val="23"/>
        </w:rPr>
        <w:t>CONTACT DETAILS</w:t>
      </w:r>
    </w:p>
    <w:tbl>
      <w:tblPr>
        <w:tblW w:w="0" w:type="auto"/>
        <w:jc w:val="center"/>
        <w:tblLook w:val="04A0" w:firstRow="1" w:lastRow="0" w:firstColumn="1" w:lastColumn="0" w:noHBand="0" w:noVBand="1"/>
      </w:tblPr>
      <w:tblGrid>
        <w:gridCol w:w="2520"/>
        <w:gridCol w:w="7848"/>
      </w:tblGrid>
      <w:tr w:rsidR="006E44A8" w14:paraId="08E47A50" w14:textId="77777777" w:rsidTr="1DFD4DDE">
        <w:trPr>
          <w:cantSplit/>
          <w:jc w:val="center"/>
        </w:trPr>
        <w:tc>
          <w:tcPr>
            <w:tcW w:w="2520" w:type="dxa"/>
            <w:shd w:val="clear" w:color="auto" w:fill="F4F6F8"/>
          </w:tcPr>
          <w:p w14:paraId="5808262C" w14:textId="2CECDD06" w:rsidR="006E44A8" w:rsidRDefault="1DFD4DDE" w:rsidP="1DFD4DDE">
            <w:r w:rsidRPr="1DFD4DDE">
              <w:rPr>
                <w:b/>
                <w:bCs/>
                <w:color w:val="0B1F3A"/>
                <w:sz w:val="18"/>
                <w:szCs w:val="18"/>
              </w:rPr>
              <w:t>Residential Address</w:t>
            </w:r>
            <w:r w:rsidRPr="1DFD4DDE">
              <w:rPr>
                <w:color w:val="000000" w:themeColor="text1"/>
                <w:sz w:val="18"/>
                <w:szCs w:val="18"/>
              </w:rPr>
              <w:t xml:space="preserve"> </w:t>
            </w:r>
          </w:p>
        </w:tc>
        <w:tc>
          <w:tcPr>
            <w:tcW w:w="7848" w:type="dxa"/>
          </w:tcPr>
          <w:p w14:paraId="216116FB" w14:textId="77777777" w:rsidR="006E44A8" w:rsidRDefault="1DFD4DDE">
            <w:r w:rsidRPr="1DFD4DDE">
              <w:rPr>
                <w:color w:val="000000"/>
                <w:sz w:val="18"/>
                <w:szCs w:val="18"/>
              </w:rPr>
              <w:t>_____________________________________________________________</w:t>
            </w:r>
          </w:p>
          <w:p w14:paraId="123823A1" w14:textId="19367C0C" w:rsidR="006E44A8" w:rsidRDefault="1DFD4DDE">
            <w:r w:rsidRPr="1DFD4DDE">
              <w:rPr>
                <w:color w:val="000000" w:themeColor="text1"/>
                <w:sz w:val="18"/>
                <w:szCs w:val="18"/>
              </w:rPr>
              <w:t>_____________________________________________________________</w:t>
            </w:r>
          </w:p>
        </w:tc>
      </w:tr>
      <w:tr w:rsidR="006E44A8" w14:paraId="6A66ACEA" w14:textId="77777777" w:rsidTr="1DFD4DDE">
        <w:trPr>
          <w:cantSplit/>
          <w:jc w:val="center"/>
        </w:trPr>
        <w:tc>
          <w:tcPr>
            <w:tcW w:w="2520" w:type="dxa"/>
            <w:shd w:val="clear" w:color="auto" w:fill="F4F6F8"/>
          </w:tcPr>
          <w:p w14:paraId="3213EA9F" w14:textId="77777777" w:rsidR="006E44A8" w:rsidRDefault="1DFD4DDE">
            <w:r w:rsidRPr="1DFD4DDE">
              <w:rPr>
                <w:b/>
                <w:bCs/>
                <w:color w:val="0B1F3A"/>
                <w:sz w:val="18"/>
                <w:szCs w:val="18"/>
              </w:rPr>
              <w:t>Postal Address (If Different)</w:t>
            </w:r>
          </w:p>
        </w:tc>
        <w:tc>
          <w:tcPr>
            <w:tcW w:w="7848" w:type="dxa"/>
          </w:tcPr>
          <w:p w14:paraId="0989EC28" w14:textId="77777777" w:rsidR="006E44A8" w:rsidRDefault="1DFD4DDE">
            <w:r w:rsidRPr="1DFD4DDE">
              <w:rPr>
                <w:color w:val="000000"/>
                <w:sz w:val="18"/>
                <w:szCs w:val="18"/>
              </w:rPr>
              <w:t>_____________________________________________________________</w:t>
            </w:r>
          </w:p>
          <w:p w14:paraId="5177C71A" w14:textId="05BEF35E" w:rsidR="006E44A8" w:rsidRDefault="1DFD4DDE">
            <w:r w:rsidRPr="1DFD4DDE">
              <w:rPr>
                <w:color w:val="000000" w:themeColor="text1"/>
                <w:sz w:val="18"/>
                <w:szCs w:val="18"/>
              </w:rPr>
              <w:t xml:space="preserve"> _____________________________________________________________</w:t>
            </w:r>
          </w:p>
        </w:tc>
      </w:tr>
      <w:tr w:rsidR="006E44A8" w14:paraId="0D2E944C" w14:textId="77777777" w:rsidTr="1DFD4DDE">
        <w:trPr>
          <w:cantSplit/>
          <w:jc w:val="center"/>
        </w:trPr>
        <w:tc>
          <w:tcPr>
            <w:tcW w:w="2520" w:type="dxa"/>
            <w:shd w:val="clear" w:color="auto" w:fill="F4F6F8"/>
          </w:tcPr>
          <w:p w14:paraId="371E611F" w14:textId="77777777" w:rsidR="006E44A8" w:rsidRDefault="00000000">
            <w:r>
              <w:rPr>
                <w:b/>
                <w:color w:val="0B1F3A"/>
                <w:sz w:val="18"/>
              </w:rPr>
              <w:t>Mobile / Home Phone</w:t>
            </w:r>
          </w:p>
        </w:tc>
        <w:tc>
          <w:tcPr>
            <w:tcW w:w="7848" w:type="dxa"/>
          </w:tcPr>
          <w:p w14:paraId="227CC1D6" w14:textId="2FD7F822" w:rsidR="006E44A8" w:rsidRDefault="1DFD4DDE">
            <w:r w:rsidRPr="1DFD4DDE">
              <w:rPr>
                <w:color w:val="000000"/>
                <w:sz w:val="18"/>
                <w:szCs w:val="18"/>
              </w:rPr>
              <w:t xml:space="preserve">Mobile: ____________________________________        </w:t>
            </w:r>
          </w:p>
          <w:p w14:paraId="7EDF59AD" w14:textId="77777777" w:rsidR="006E44A8" w:rsidRDefault="1DFD4DDE">
            <w:r w:rsidRPr="1DFD4DDE">
              <w:rPr>
                <w:color w:val="000000"/>
                <w:sz w:val="18"/>
                <w:szCs w:val="18"/>
              </w:rPr>
              <w:t>Home Phone: ______________________________</w:t>
            </w:r>
          </w:p>
        </w:tc>
      </w:tr>
      <w:tr w:rsidR="006E44A8" w14:paraId="150B7C20" w14:textId="77777777" w:rsidTr="1DFD4DDE">
        <w:trPr>
          <w:cantSplit/>
          <w:jc w:val="center"/>
        </w:trPr>
        <w:tc>
          <w:tcPr>
            <w:tcW w:w="2520" w:type="dxa"/>
            <w:shd w:val="clear" w:color="auto" w:fill="F4F6F8"/>
          </w:tcPr>
          <w:p w14:paraId="03CA40FF" w14:textId="77777777" w:rsidR="006E44A8" w:rsidRDefault="00000000">
            <w:r>
              <w:rPr>
                <w:b/>
                <w:color w:val="0B1F3A"/>
                <w:sz w:val="18"/>
              </w:rPr>
              <w:t>Email</w:t>
            </w:r>
          </w:p>
        </w:tc>
        <w:tc>
          <w:tcPr>
            <w:tcW w:w="7848" w:type="dxa"/>
          </w:tcPr>
          <w:p w14:paraId="5F8D0331" w14:textId="77777777" w:rsidR="006E44A8" w:rsidRDefault="1DFD4DDE">
            <w:r w:rsidRPr="1DFD4DDE">
              <w:rPr>
                <w:color w:val="000000"/>
                <w:sz w:val="18"/>
                <w:szCs w:val="18"/>
              </w:rPr>
              <w:t>_____________________________________________________________</w:t>
            </w:r>
          </w:p>
        </w:tc>
      </w:tr>
    </w:tbl>
    <w:p w14:paraId="53289C4F" w14:textId="77777777" w:rsidR="005B47DD" w:rsidRDefault="005B47DD" w:rsidP="1DFD4DDE">
      <w:pPr>
        <w:pBdr>
          <w:bottom w:val="single" w:sz="8" w:space="2" w:color="C9A227"/>
        </w:pBdr>
        <w:spacing w:before="120" w:after="80"/>
        <w:rPr>
          <w:b/>
          <w:bCs/>
          <w:color w:val="0B1F3A"/>
          <w:sz w:val="23"/>
          <w:szCs w:val="23"/>
        </w:rPr>
      </w:pPr>
    </w:p>
    <w:p w14:paraId="42BA83B3" w14:textId="446AE038" w:rsidR="006E44A8" w:rsidRDefault="1DFD4DDE" w:rsidP="1DFD4DDE">
      <w:pPr>
        <w:pBdr>
          <w:bottom w:val="single" w:sz="8" w:space="2" w:color="C9A227"/>
        </w:pBdr>
        <w:spacing w:before="120" w:after="80"/>
      </w:pPr>
      <w:r w:rsidRPr="1DFD4DDE">
        <w:rPr>
          <w:b/>
          <w:bCs/>
          <w:color w:val="0B1F3A"/>
          <w:sz w:val="23"/>
          <w:szCs w:val="23"/>
        </w:rPr>
        <w:t>AREAS OF INTEREST</w:t>
      </w:r>
    </w:p>
    <w:tbl>
      <w:tblPr>
        <w:tblW w:w="0" w:type="auto"/>
        <w:jc w:val="center"/>
        <w:tblLook w:val="04A0" w:firstRow="1" w:lastRow="0" w:firstColumn="1" w:lastColumn="0" w:noHBand="0" w:noVBand="1"/>
      </w:tblPr>
      <w:tblGrid>
        <w:gridCol w:w="5328"/>
        <w:gridCol w:w="5328"/>
      </w:tblGrid>
      <w:tr w:rsidR="006E44A8" w14:paraId="3B3CAB67" w14:textId="77777777">
        <w:trPr>
          <w:cantSplit/>
          <w:jc w:val="center"/>
        </w:trPr>
        <w:tc>
          <w:tcPr>
            <w:tcW w:w="5328" w:type="dxa"/>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10931D76" w14:textId="77777777" w:rsidR="006E44A8" w:rsidRDefault="00000000">
            <w:pPr>
              <w:spacing w:after="0"/>
            </w:pPr>
            <w:r>
              <w:rPr>
                <w:color w:val="000000"/>
                <w:sz w:val="18"/>
              </w:rPr>
              <w:t>☐ Fishing</w:t>
            </w:r>
          </w:p>
        </w:tc>
        <w:tc>
          <w:tcPr>
            <w:tcW w:w="5328" w:type="dxa"/>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1D4DBFF2" w14:textId="77777777" w:rsidR="006E44A8" w:rsidRDefault="00000000">
            <w:pPr>
              <w:spacing w:after="0"/>
            </w:pPr>
            <w:r>
              <w:rPr>
                <w:color w:val="000000"/>
                <w:sz w:val="18"/>
              </w:rPr>
              <w:t>☐ Darts</w:t>
            </w:r>
          </w:p>
        </w:tc>
      </w:tr>
      <w:tr w:rsidR="006E44A8" w14:paraId="19AEA4E0" w14:textId="77777777">
        <w:trPr>
          <w:cantSplit/>
          <w:jc w:val="center"/>
        </w:trPr>
        <w:tc>
          <w:tcPr>
            <w:tcW w:w="5328" w:type="dxa"/>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144BB9A1" w14:textId="77777777" w:rsidR="006E44A8" w:rsidRDefault="00000000">
            <w:pPr>
              <w:spacing w:after="0"/>
            </w:pPr>
            <w:r>
              <w:rPr>
                <w:color w:val="000000"/>
                <w:sz w:val="18"/>
              </w:rPr>
              <w:t>☐ Pool</w:t>
            </w:r>
          </w:p>
        </w:tc>
        <w:tc>
          <w:tcPr>
            <w:tcW w:w="5328" w:type="dxa"/>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69E27AB3" w14:textId="77777777" w:rsidR="006E44A8" w:rsidRDefault="00000000">
            <w:pPr>
              <w:spacing w:after="0"/>
            </w:pPr>
            <w:r>
              <w:rPr>
                <w:color w:val="000000"/>
                <w:sz w:val="18"/>
              </w:rPr>
              <w:t>☐ Golf</w:t>
            </w:r>
          </w:p>
        </w:tc>
      </w:tr>
      <w:tr w:rsidR="006E44A8" w14:paraId="5F2422BF" w14:textId="77777777">
        <w:trPr>
          <w:cantSplit/>
          <w:jc w:val="center"/>
        </w:trPr>
        <w:tc>
          <w:tcPr>
            <w:tcW w:w="5328" w:type="dxa"/>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32EF00B1" w14:textId="77777777" w:rsidR="006E44A8" w:rsidRDefault="00000000">
            <w:pPr>
              <w:spacing w:after="0"/>
            </w:pPr>
            <w:r>
              <w:rPr>
                <w:color w:val="000000"/>
                <w:sz w:val="18"/>
              </w:rPr>
              <w:t>☐ Travel Club</w:t>
            </w:r>
          </w:p>
        </w:tc>
        <w:tc>
          <w:tcPr>
            <w:tcW w:w="5328" w:type="dxa"/>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05B146F7" w14:textId="77777777" w:rsidR="006E44A8" w:rsidRDefault="00000000">
            <w:pPr>
              <w:spacing w:after="0"/>
            </w:pPr>
            <w:r>
              <w:rPr>
                <w:color w:val="000000"/>
                <w:sz w:val="18"/>
              </w:rPr>
              <w:t>☐ Poker</w:t>
            </w:r>
          </w:p>
        </w:tc>
      </w:tr>
      <w:tr w:rsidR="006E44A8" w14:paraId="23E0C850" w14:textId="77777777">
        <w:trPr>
          <w:cantSplit/>
          <w:jc w:val="center"/>
        </w:trPr>
        <w:tc>
          <w:tcPr>
            <w:tcW w:w="5328" w:type="dxa"/>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19EA3634" w14:textId="77777777" w:rsidR="006E44A8" w:rsidRDefault="00000000">
            <w:pPr>
              <w:spacing w:after="0"/>
            </w:pPr>
            <w:r>
              <w:rPr>
                <w:color w:val="000000"/>
                <w:sz w:val="18"/>
              </w:rPr>
              <w:t>☐ Quiz Nights</w:t>
            </w:r>
          </w:p>
        </w:tc>
        <w:tc>
          <w:tcPr>
            <w:tcW w:w="5328" w:type="dxa"/>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1ED6890E" w14:textId="77777777" w:rsidR="006E44A8" w:rsidRDefault="00000000">
            <w:pPr>
              <w:spacing w:after="0"/>
            </w:pPr>
            <w:r>
              <w:rPr>
                <w:color w:val="000000"/>
                <w:sz w:val="18"/>
              </w:rPr>
              <w:t>☐ Live Entertainment</w:t>
            </w:r>
          </w:p>
        </w:tc>
      </w:tr>
      <w:tr w:rsidR="006E44A8" w14:paraId="4FBAC3AB" w14:textId="77777777">
        <w:trPr>
          <w:cantSplit/>
          <w:jc w:val="center"/>
        </w:trPr>
        <w:tc>
          <w:tcPr>
            <w:tcW w:w="5328" w:type="dxa"/>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632C9DB7" w14:textId="77777777" w:rsidR="006E44A8" w:rsidRDefault="00000000">
            <w:pPr>
              <w:spacing w:after="0"/>
            </w:pPr>
            <w:r>
              <w:rPr>
                <w:color w:val="000000"/>
                <w:sz w:val="18"/>
              </w:rPr>
              <w:t>☐ Wine Appreciation</w:t>
            </w:r>
          </w:p>
        </w:tc>
        <w:tc>
          <w:tcPr>
            <w:tcW w:w="5328" w:type="dxa"/>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3BCC6691" w14:textId="77777777" w:rsidR="006E44A8" w:rsidRDefault="00000000">
            <w:pPr>
              <w:spacing w:after="0"/>
            </w:pPr>
            <w:r>
              <w:rPr>
                <w:color w:val="000000"/>
                <w:sz w:val="18"/>
              </w:rPr>
              <w:t>☐ Bingo</w:t>
            </w:r>
          </w:p>
        </w:tc>
      </w:tr>
      <w:tr w:rsidR="006E44A8" w14:paraId="444EE99E" w14:textId="77777777">
        <w:trPr>
          <w:cantSplit/>
          <w:jc w:val="center"/>
        </w:trPr>
        <w:tc>
          <w:tcPr>
            <w:tcW w:w="5328" w:type="dxa"/>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413B1A51" w14:textId="77777777" w:rsidR="006E44A8" w:rsidRDefault="00000000">
            <w:pPr>
              <w:spacing w:after="0"/>
            </w:pPr>
            <w:r>
              <w:rPr>
                <w:color w:val="000000"/>
                <w:sz w:val="18"/>
              </w:rPr>
              <w:t>☐ Other: ______________________________</w:t>
            </w:r>
          </w:p>
        </w:tc>
        <w:tc>
          <w:tcPr>
            <w:tcW w:w="5328" w:type="dxa"/>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672A6659" w14:textId="77777777" w:rsidR="006E44A8" w:rsidRDefault="006E44A8">
            <w:pPr>
              <w:spacing w:after="0"/>
            </w:pPr>
          </w:p>
        </w:tc>
      </w:tr>
    </w:tbl>
    <w:p w14:paraId="295AADBB" w14:textId="77777777" w:rsidR="00030D62" w:rsidRDefault="00030D62">
      <w:pPr>
        <w:pBdr>
          <w:bottom w:val="single" w:sz="8" w:space="2" w:color="C9A227"/>
        </w:pBdr>
        <w:spacing w:before="160" w:after="80"/>
        <w:rPr>
          <w:b/>
          <w:color w:val="0B1F3A"/>
          <w:sz w:val="23"/>
        </w:rPr>
      </w:pPr>
    </w:p>
    <w:p w14:paraId="063F1EA8" w14:textId="77777777" w:rsidR="00030D62" w:rsidRDefault="00030D62">
      <w:pPr>
        <w:pBdr>
          <w:bottom w:val="single" w:sz="8" w:space="2" w:color="C9A227"/>
        </w:pBdr>
        <w:spacing w:before="160" w:after="80"/>
        <w:rPr>
          <w:b/>
          <w:color w:val="0B1F3A"/>
          <w:sz w:val="23"/>
        </w:rPr>
      </w:pPr>
    </w:p>
    <w:p w14:paraId="48B21B82" w14:textId="77777777" w:rsidR="005B47DD" w:rsidRDefault="005B47DD">
      <w:pPr>
        <w:pBdr>
          <w:bottom w:val="single" w:sz="8" w:space="2" w:color="C9A227"/>
        </w:pBdr>
        <w:spacing w:before="160" w:after="80"/>
        <w:rPr>
          <w:b/>
          <w:color w:val="0B1F3A"/>
          <w:sz w:val="23"/>
        </w:rPr>
      </w:pPr>
    </w:p>
    <w:p w14:paraId="0BD666CF" w14:textId="16C7B388" w:rsidR="006E44A8" w:rsidRDefault="00000000">
      <w:pPr>
        <w:pBdr>
          <w:bottom w:val="single" w:sz="8" w:space="2" w:color="C9A227"/>
        </w:pBdr>
        <w:spacing w:before="160" w:after="80"/>
      </w:pPr>
      <w:r>
        <w:rPr>
          <w:b/>
          <w:color w:val="0B1F3A"/>
          <w:sz w:val="23"/>
        </w:rPr>
        <w:lastRenderedPageBreak/>
        <w:t>PRIVACY STATEMENT</w:t>
      </w:r>
    </w:p>
    <w:tbl>
      <w:tblPr>
        <w:tblW w:w="0" w:type="auto"/>
        <w:jc w:val="center"/>
        <w:tblLook w:val="04A0" w:firstRow="1" w:lastRow="0" w:firstColumn="1" w:lastColumn="0" w:noHBand="0" w:noVBand="1"/>
      </w:tblPr>
      <w:tblGrid>
        <w:gridCol w:w="10656"/>
      </w:tblGrid>
      <w:tr w:rsidR="006E44A8" w14:paraId="0518E851" w14:textId="77777777">
        <w:trPr>
          <w:cantSplit/>
          <w:jc w:val="center"/>
        </w:trPr>
        <w:tc>
          <w:tcPr>
            <w:tcW w:w="10656" w:type="dxa"/>
            <w:tcBorders>
              <w:top w:val="single" w:sz="6" w:space="0" w:color="D5DBE5"/>
              <w:left w:val="single" w:sz="6" w:space="0" w:color="D5DBE5"/>
              <w:bottom w:val="single" w:sz="6" w:space="0" w:color="D5DBE5"/>
              <w:right w:val="single" w:sz="6" w:space="0" w:color="D5DBE5"/>
            </w:tcBorders>
            <w:shd w:val="clear" w:color="auto" w:fill="F4F6F8"/>
            <w:tcMar>
              <w:top w:w="80" w:type="dxa"/>
              <w:left w:w="110" w:type="dxa"/>
              <w:bottom w:w="80" w:type="dxa"/>
              <w:right w:w="110" w:type="dxa"/>
            </w:tcMar>
            <w:vAlign w:val="center"/>
          </w:tcPr>
          <w:p w14:paraId="2EBC9EE6" w14:textId="77777777" w:rsidR="006E44A8" w:rsidRDefault="00000000">
            <w:pPr>
              <w:spacing w:after="0"/>
            </w:pPr>
            <w:r>
              <w:rPr>
                <w:color w:val="0B1F3A"/>
                <w:sz w:val="17"/>
              </w:rPr>
              <w:t>Bays Club collects personal information for processing and administering membership, maintaining the Club's Register of Members, communicating Club information, events and notices, and meeting obligations under the Incorporated Societies Act 2022 and Privacy Act 2020. Information will be stored securely and used only for Club business unless disclosure is required by law. Members may request access to, or correction of, their personal information held by the Club.</w:t>
            </w:r>
          </w:p>
        </w:tc>
      </w:tr>
    </w:tbl>
    <w:p w14:paraId="60F9F45B" w14:textId="77777777" w:rsidR="0037431E" w:rsidRDefault="0037431E">
      <w:pPr>
        <w:pBdr>
          <w:bottom w:val="single" w:sz="8" w:space="2" w:color="C9A227"/>
        </w:pBdr>
        <w:spacing w:before="160" w:after="80"/>
        <w:rPr>
          <w:b/>
          <w:color w:val="0B1F3A"/>
          <w:sz w:val="23"/>
        </w:rPr>
      </w:pPr>
    </w:p>
    <w:p w14:paraId="3398D470" w14:textId="0E39F85E" w:rsidR="006E44A8" w:rsidRDefault="00000000">
      <w:pPr>
        <w:pBdr>
          <w:bottom w:val="single" w:sz="8" w:space="2" w:color="C9A227"/>
        </w:pBdr>
        <w:spacing w:before="160" w:after="80"/>
      </w:pPr>
      <w:r>
        <w:rPr>
          <w:b/>
          <w:color w:val="0B1F3A"/>
          <w:sz w:val="23"/>
        </w:rPr>
        <w:t>APPLICANT DECLARATION</w:t>
      </w:r>
    </w:p>
    <w:tbl>
      <w:tblPr>
        <w:tblW w:w="0" w:type="auto"/>
        <w:jc w:val="center"/>
        <w:tblLook w:val="04A0" w:firstRow="1" w:lastRow="0" w:firstColumn="1" w:lastColumn="0" w:noHBand="0" w:noVBand="1"/>
      </w:tblPr>
      <w:tblGrid>
        <w:gridCol w:w="10656"/>
      </w:tblGrid>
      <w:tr w:rsidR="006E44A8" w14:paraId="43C60001" w14:textId="77777777">
        <w:trPr>
          <w:cantSplit/>
          <w:jc w:val="center"/>
        </w:trPr>
        <w:tc>
          <w:tcPr>
            <w:tcW w:w="10656" w:type="dxa"/>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06F820EB" w14:textId="77777777" w:rsidR="006E44A8" w:rsidRDefault="00000000">
            <w:pPr>
              <w:spacing w:after="0"/>
            </w:pPr>
            <w:r>
              <w:rPr>
                <w:color w:val="000000"/>
                <w:sz w:val="18"/>
              </w:rPr>
              <w:t>☐ I apply to become a member of Bays Club Incorporated.</w:t>
            </w:r>
          </w:p>
        </w:tc>
      </w:tr>
      <w:tr w:rsidR="006E44A8" w14:paraId="61D991B9" w14:textId="77777777">
        <w:trPr>
          <w:cantSplit/>
          <w:jc w:val="center"/>
        </w:trPr>
        <w:tc>
          <w:tcPr>
            <w:tcW w:w="10656" w:type="dxa"/>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5576786D" w14:textId="77777777" w:rsidR="006E44A8" w:rsidRDefault="00000000">
            <w:pPr>
              <w:spacing w:after="0"/>
            </w:pPr>
            <w:r>
              <w:rPr>
                <w:color w:val="000000"/>
                <w:sz w:val="18"/>
              </w:rPr>
              <w:t>☐ I agree to be bound by the Bays Club Constitution, By-Laws, Policies and lawful directions of the Club.</w:t>
            </w:r>
          </w:p>
        </w:tc>
      </w:tr>
      <w:tr w:rsidR="006E44A8" w14:paraId="1C13FF74" w14:textId="77777777">
        <w:trPr>
          <w:cantSplit/>
          <w:jc w:val="center"/>
        </w:trPr>
        <w:tc>
          <w:tcPr>
            <w:tcW w:w="10656" w:type="dxa"/>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28E3F351" w14:textId="77777777" w:rsidR="006E44A8" w:rsidRDefault="00000000">
            <w:pPr>
              <w:spacing w:after="0"/>
            </w:pPr>
            <w:r>
              <w:rPr>
                <w:color w:val="000000"/>
                <w:sz w:val="18"/>
              </w:rPr>
              <w:t>☐ I confirm that the information provided in this application is true and correct.</w:t>
            </w:r>
          </w:p>
        </w:tc>
      </w:tr>
      <w:tr w:rsidR="006E44A8" w14:paraId="24C23920" w14:textId="77777777">
        <w:trPr>
          <w:cantSplit/>
          <w:jc w:val="center"/>
        </w:trPr>
        <w:tc>
          <w:tcPr>
            <w:tcW w:w="10656" w:type="dxa"/>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7C4242FB" w14:textId="77777777" w:rsidR="006E44A8" w:rsidRDefault="00000000">
            <w:pPr>
              <w:spacing w:after="0"/>
            </w:pPr>
            <w:r>
              <w:rPr>
                <w:color w:val="000000"/>
                <w:sz w:val="18"/>
              </w:rPr>
              <w:t>☐ I understand this application may be checked before membership is recorded.</w:t>
            </w:r>
          </w:p>
        </w:tc>
      </w:tr>
    </w:tbl>
    <w:p w14:paraId="1CBD3C2B" w14:textId="77777777" w:rsidR="0037431E" w:rsidRDefault="0037431E">
      <w:pPr>
        <w:pBdr>
          <w:bottom w:val="single" w:sz="8" w:space="2" w:color="C9A227"/>
        </w:pBdr>
        <w:spacing w:before="160" w:after="80"/>
        <w:rPr>
          <w:b/>
          <w:color w:val="0B1F3A"/>
          <w:sz w:val="23"/>
        </w:rPr>
      </w:pPr>
    </w:p>
    <w:p w14:paraId="0162010A" w14:textId="70202876" w:rsidR="006E44A8" w:rsidRDefault="00000000">
      <w:pPr>
        <w:pBdr>
          <w:bottom w:val="single" w:sz="8" w:space="2" w:color="C9A227"/>
        </w:pBdr>
        <w:spacing w:before="160" w:after="80"/>
      </w:pPr>
      <w:r>
        <w:rPr>
          <w:b/>
          <w:color w:val="0B1F3A"/>
          <w:sz w:val="23"/>
        </w:rPr>
        <w:t>CODE OF CONDUCT ACKNOWLEDGEMENT</w:t>
      </w:r>
    </w:p>
    <w:tbl>
      <w:tblPr>
        <w:tblW w:w="0" w:type="auto"/>
        <w:jc w:val="center"/>
        <w:tblLook w:val="04A0" w:firstRow="1" w:lastRow="0" w:firstColumn="1" w:lastColumn="0" w:noHBand="0" w:noVBand="1"/>
      </w:tblPr>
      <w:tblGrid>
        <w:gridCol w:w="4107"/>
        <w:gridCol w:w="6579"/>
      </w:tblGrid>
      <w:tr w:rsidR="006E44A8" w14:paraId="0FE79252" w14:textId="77777777">
        <w:trPr>
          <w:cantSplit/>
          <w:jc w:val="center"/>
        </w:trPr>
        <w:tc>
          <w:tcPr>
            <w:tcW w:w="10656" w:type="dxa"/>
            <w:gridSpan w:val="2"/>
            <w:tcBorders>
              <w:top w:val="single" w:sz="6" w:space="0" w:color="D5DBE5"/>
              <w:left w:val="single" w:sz="6" w:space="0" w:color="D5DBE5"/>
              <w:bottom w:val="single" w:sz="6" w:space="0" w:color="D5DBE5"/>
              <w:right w:val="single" w:sz="6" w:space="0" w:color="D5DBE5"/>
            </w:tcBorders>
            <w:shd w:val="clear" w:color="auto" w:fill="F4F6F8"/>
            <w:tcMar>
              <w:top w:w="80" w:type="dxa"/>
              <w:left w:w="110" w:type="dxa"/>
              <w:bottom w:w="80" w:type="dxa"/>
              <w:right w:w="110" w:type="dxa"/>
            </w:tcMar>
            <w:vAlign w:val="center"/>
          </w:tcPr>
          <w:p w14:paraId="0B94EE46" w14:textId="77777777" w:rsidR="006E44A8" w:rsidRDefault="00000000">
            <w:pPr>
              <w:spacing w:after="0"/>
            </w:pPr>
            <w:r>
              <w:rPr>
                <w:color w:val="0B1F3A"/>
                <w:sz w:val="17"/>
              </w:rPr>
              <w:t>Bays Club is committed to providing a welcoming, safe, inclusive and respectful environment for all members, guests, staff and visitors. As a member of Bays Club Incorporated, I agree to:</w:t>
            </w:r>
          </w:p>
        </w:tc>
      </w:tr>
      <w:tr w:rsidR="006E44A8" w14:paraId="2C9D7837" w14:textId="77777777" w:rsidTr="1DFD4DDE">
        <w:trPr>
          <w:cantSplit/>
          <w:jc w:val="center"/>
        </w:trPr>
        <w:tc>
          <w:tcPr>
            <w:tcW w:w="10656" w:type="dxa"/>
            <w:gridSpan w:val="2"/>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1EF4DFC9" w14:textId="77777777" w:rsidR="006E44A8" w:rsidRDefault="00000000">
            <w:pPr>
              <w:spacing w:after="0"/>
            </w:pPr>
            <w:r>
              <w:rPr>
                <w:color w:val="000000"/>
                <w:sz w:val="18"/>
              </w:rPr>
              <w:t>☐ Treat fellow members, guests, staff and visitors with respect and courtesy.</w:t>
            </w:r>
          </w:p>
        </w:tc>
      </w:tr>
      <w:tr w:rsidR="006E44A8" w14:paraId="40E9CFB3" w14:textId="77777777" w:rsidTr="1DFD4DDE">
        <w:trPr>
          <w:cantSplit/>
          <w:jc w:val="center"/>
        </w:trPr>
        <w:tc>
          <w:tcPr>
            <w:tcW w:w="10656" w:type="dxa"/>
            <w:gridSpan w:val="2"/>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15A2FBDC" w14:textId="77777777" w:rsidR="006E44A8" w:rsidRDefault="00000000">
            <w:pPr>
              <w:spacing w:after="0"/>
            </w:pPr>
            <w:r>
              <w:rPr>
                <w:color w:val="000000"/>
                <w:sz w:val="18"/>
              </w:rPr>
              <w:t>☐ Refrain from abusive, offensive, discriminatory, threatening or inappropriate behaviour.</w:t>
            </w:r>
          </w:p>
        </w:tc>
      </w:tr>
      <w:tr w:rsidR="006E44A8" w14:paraId="3919B80F" w14:textId="77777777" w:rsidTr="1DFD4DDE">
        <w:trPr>
          <w:cantSplit/>
          <w:jc w:val="center"/>
        </w:trPr>
        <w:tc>
          <w:tcPr>
            <w:tcW w:w="10656" w:type="dxa"/>
            <w:gridSpan w:val="2"/>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0D8D970E" w14:textId="77777777" w:rsidR="006E44A8" w:rsidRDefault="00000000">
            <w:pPr>
              <w:spacing w:after="0"/>
            </w:pPr>
            <w:r>
              <w:rPr>
                <w:color w:val="000000"/>
                <w:sz w:val="18"/>
              </w:rPr>
              <w:t>☐ Follow all Club rules, policies, by-laws and lawful directions issued by the Club.</w:t>
            </w:r>
          </w:p>
        </w:tc>
      </w:tr>
      <w:tr w:rsidR="006E44A8" w14:paraId="09F25969" w14:textId="77777777" w:rsidTr="1DFD4DDE">
        <w:trPr>
          <w:cantSplit/>
          <w:jc w:val="center"/>
        </w:trPr>
        <w:tc>
          <w:tcPr>
            <w:tcW w:w="10656" w:type="dxa"/>
            <w:gridSpan w:val="2"/>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78B1EFF5" w14:textId="77777777" w:rsidR="006E44A8" w:rsidRDefault="00000000">
            <w:pPr>
              <w:spacing w:after="0"/>
            </w:pPr>
            <w:r>
              <w:rPr>
                <w:color w:val="000000"/>
                <w:sz w:val="18"/>
              </w:rPr>
              <w:t>☐ Consume alcohol responsibly and not remain on Club premises while intoxicated.</w:t>
            </w:r>
          </w:p>
        </w:tc>
      </w:tr>
      <w:tr w:rsidR="006E44A8" w14:paraId="0DDFEEA1" w14:textId="77777777" w:rsidTr="1DFD4DDE">
        <w:trPr>
          <w:cantSplit/>
          <w:jc w:val="center"/>
        </w:trPr>
        <w:tc>
          <w:tcPr>
            <w:tcW w:w="10656" w:type="dxa"/>
            <w:gridSpan w:val="2"/>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7695F38D" w14:textId="77777777" w:rsidR="006E44A8" w:rsidRDefault="00000000">
            <w:pPr>
              <w:spacing w:after="0"/>
            </w:pPr>
            <w:r>
              <w:rPr>
                <w:color w:val="000000"/>
                <w:sz w:val="18"/>
              </w:rPr>
              <w:t>☐ Respect Club property, facilities and equipment.</w:t>
            </w:r>
          </w:p>
        </w:tc>
      </w:tr>
      <w:tr w:rsidR="006E44A8" w14:paraId="66AA41E0" w14:textId="77777777" w:rsidTr="1DFD4DDE">
        <w:trPr>
          <w:cantSplit/>
          <w:jc w:val="center"/>
        </w:trPr>
        <w:tc>
          <w:tcPr>
            <w:tcW w:w="10656" w:type="dxa"/>
            <w:gridSpan w:val="2"/>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7C2E5B5C" w14:textId="77777777" w:rsidR="006E44A8" w:rsidRDefault="00000000">
            <w:pPr>
              <w:spacing w:after="0"/>
            </w:pPr>
            <w:r>
              <w:rPr>
                <w:color w:val="000000"/>
                <w:sz w:val="18"/>
              </w:rPr>
              <w:t xml:space="preserve">☐ Conduct </w:t>
            </w:r>
            <w:proofErr w:type="gramStart"/>
            <w:r>
              <w:rPr>
                <w:color w:val="000000"/>
                <w:sz w:val="18"/>
              </w:rPr>
              <w:t>myself</w:t>
            </w:r>
            <w:proofErr w:type="gramEnd"/>
            <w:r>
              <w:rPr>
                <w:color w:val="000000"/>
                <w:sz w:val="18"/>
              </w:rPr>
              <w:t xml:space="preserve"> in a manner that supports the values, reputation and community spirit of Bays Club.</w:t>
            </w:r>
          </w:p>
        </w:tc>
      </w:tr>
      <w:tr w:rsidR="006E44A8" w14:paraId="3A24275E" w14:textId="77777777" w:rsidTr="1DFD4DDE">
        <w:trPr>
          <w:cantSplit/>
          <w:jc w:val="center"/>
        </w:trPr>
        <w:tc>
          <w:tcPr>
            <w:tcW w:w="10656" w:type="dxa"/>
            <w:gridSpan w:val="2"/>
            <w:tcBorders>
              <w:top w:val="single" w:sz="6" w:space="0" w:color="D5DBE5"/>
              <w:left w:val="single" w:sz="6" w:space="0" w:color="D5DBE5"/>
              <w:bottom w:val="single" w:sz="6" w:space="0" w:color="D5DBE5"/>
              <w:right w:val="single" w:sz="6" w:space="0" w:color="D5DBE5"/>
            </w:tcBorders>
            <w:tcMar>
              <w:top w:w="80" w:type="dxa"/>
              <w:left w:w="110" w:type="dxa"/>
              <w:bottom w:w="80" w:type="dxa"/>
              <w:right w:w="110" w:type="dxa"/>
            </w:tcMar>
            <w:vAlign w:val="center"/>
          </w:tcPr>
          <w:p w14:paraId="5A480A3E" w14:textId="271F32FB" w:rsidR="006E44A8" w:rsidRDefault="1DFD4DDE">
            <w:pPr>
              <w:spacing w:after="0"/>
            </w:pPr>
            <w:r w:rsidRPr="1DFD4DDE">
              <w:rPr>
                <w:color w:val="000000" w:themeColor="text1"/>
                <w:sz w:val="18"/>
                <w:szCs w:val="18"/>
              </w:rPr>
              <w:t>☐ Understand that breaches of the Bays Club Code of Conduct may result in disciplinary action, including suspension or termination of membership in accordance with the Club Constitution and By-Laws.</w:t>
            </w:r>
          </w:p>
        </w:tc>
      </w:tr>
      <w:tr w:rsidR="1DFD4DDE" w14:paraId="36518469" w14:textId="77777777" w:rsidTr="1DFD4DDE">
        <w:trPr>
          <w:cantSplit/>
          <w:trHeight w:val="300"/>
          <w:jc w:val="center"/>
        </w:trPr>
        <w:tc>
          <w:tcPr>
            <w:tcW w:w="5328" w:type="dxa"/>
          </w:tcPr>
          <w:p w14:paraId="136842C2" w14:textId="51F2A7C6" w:rsidR="1DFD4DDE" w:rsidRDefault="1DFD4DDE" w:rsidP="1DFD4DDE">
            <w:pPr>
              <w:rPr>
                <w:b/>
                <w:bCs/>
                <w:color w:val="0B1F3A"/>
                <w:sz w:val="18"/>
                <w:szCs w:val="18"/>
              </w:rPr>
            </w:pPr>
          </w:p>
        </w:tc>
        <w:tc>
          <w:tcPr>
            <w:tcW w:w="5328" w:type="dxa"/>
          </w:tcPr>
          <w:p w14:paraId="6E5F71BD" w14:textId="0665DC90" w:rsidR="1DFD4DDE" w:rsidRDefault="1DFD4DDE" w:rsidP="1DFD4DDE">
            <w:pPr>
              <w:rPr>
                <w:color w:val="000000" w:themeColor="text1"/>
                <w:sz w:val="18"/>
                <w:szCs w:val="18"/>
              </w:rPr>
            </w:pPr>
          </w:p>
        </w:tc>
      </w:tr>
      <w:tr w:rsidR="006E44A8" w14:paraId="2533D474" w14:textId="77777777" w:rsidTr="1DFD4DDE">
        <w:trPr>
          <w:cantSplit/>
          <w:jc w:val="center"/>
        </w:trPr>
        <w:tc>
          <w:tcPr>
            <w:tcW w:w="2592" w:type="dxa"/>
            <w:shd w:val="clear" w:color="auto" w:fill="F4F6F8"/>
          </w:tcPr>
          <w:p w14:paraId="288FF639" w14:textId="77777777" w:rsidR="00736771" w:rsidRDefault="00736771">
            <w:pPr>
              <w:rPr>
                <w:b/>
                <w:bCs/>
                <w:color w:val="0B1F3A"/>
                <w:sz w:val="18"/>
                <w:szCs w:val="18"/>
              </w:rPr>
            </w:pPr>
          </w:p>
          <w:p w14:paraId="474FB4AB" w14:textId="300E1D8A" w:rsidR="006E44A8" w:rsidRDefault="1DFD4DDE">
            <w:r w:rsidRPr="1DFD4DDE">
              <w:rPr>
                <w:b/>
                <w:bCs/>
                <w:color w:val="0B1F3A"/>
                <w:sz w:val="18"/>
                <w:szCs w:val="18"/>
              </w:rPr>
              <w:t>Member Initials</w:t>
            </w:r>
          </w:p>
        </w:tc>
        <w:tc>
          <w:tcPr>
            <w:tcW w:w="7776" w:type="dxa"/>
          </w:tcPr>
          <w:p w14:paraId="2A58E9CD" w14:textId="77777777" w:rsidR="00736771" w:rsidRDefault="00736771"/>
          <w:p w14:paraId="357CC69D" w14:textId="4F48790E" w:rsidR="00030D62" w:rsidRDefault="0088266F">
            <w:r>
              <w:t>_____________________________________</w:t>
            </w:r>
            <w:r w:rsidR="00736771">
              <w:t>_</w:t>
            </w:r>
          </w:p>
          <w:p w14:paraId="07F72E87" w14:textId="77777777" w:rsidR="0088266F" w:rsidRDefault="0088266F"/>
        </w:tc>
      </w:tr>
      <w:tr w:rsidR="006E44A8" w14:paraId="4F462015" w14:textId="77777777" w:rsidTr="1DFD4DDE">
        <w:trPr>
          <w:cantSplit/>
          <w:jc w:val="center"/>
        </w:trPr>
        <w:tc>
          <w:tcPr>
            <w:tcW w:w="2592" w:type="dxa"/>
            <w:shd w:val="clear" w:color="auto" w:fill="F4F6F8"/>
          </w:tcPr>
          <w:p w14:paraId="13629496" w14:textId="77777777" w:rsidR="006E44A8" w:rsidRDefault="1DFD4DDE">
            <w:r w:rsidRPr="1DFD4DDE">
              <w:rPr>
                <w:b/>
                <w:bCs/>
                <w:color w:val="0B1F3A"/>
                <w:sz w:val="18"/>
                <w:szCs w:val="18"/>
              </w:rPr>
              <w:t>Signature / Date</w:t>
            </w:r>
          </w:p>
        </w:tc>
        <w:tc>
          <w:tcPr>
            <w:tcW w:w="7776" w:type="dxa"/>
          </w:tcPr>
          <w:p w14:paraId="7A6E6DF6" w14:textId="16A310C3" w:rsidR="006E44A8" w:rsidRDefault="1DFD4DDE">
            <w:r w:rsidRPr="1DFD4DDE">
              <w:rPr>
                <w:color w:val="000000"/>
                <w:sz w:val="18"/>
                <w:szCs w:val="18"/>
              </w:rPr>
              <w:t xml:space="preserve">Signature: ______________________________    </w:t>
            </w:r>
            <w:r w:rsidR="1214AE01" w:rsidRPr="1DFD4DDE">
              <w:rPr>
                <w:color w:val="000000" w:themeColor="text1"/>
                <w:sz w:val="18"/>
                <w:szCs w:val="18"/>
              </w:rPr>
              <w:t xml:space="preserve">      </w:t>
            </w:r>
          </w:p>
          <w:p w14:paraId="2EB41652" w14:textId="349DE605" w:rsidR="006E44A8" w:rsidRDefault="1DFD4DDE">
            <w:r w:rsidRPr="1DFD4DDE">
              <w:rPr>
                <w:color w:val="000000" w:themeColor="text1"/>
                <w:sz w:val="18"/>
                <w:szCs w:val="18"/>
              </w:rPr>
              <w:t>Date: ____ / ___</w:t>
            </w:r>
            <w:proofErr w:type="gramStart"/>
            <w:r w:rsidRPr="1DFD4DDE">
              <w:rPr>
                <w:color w:val="000000" w:themeColor="text1"/>
                <w:sz w:val="18"/>
                <w:szCs w:val="18"/>
              </w:rPr>
              <w:t>_ / _</w:t>
            </w:r>
            <w:proofErr w:type="gramEnd"/>
            <w:r w:rsidRPr="1DFD4DDE">
              <w:rPr>
                <w:color w:val="000000" w:themeColor="text1"/>
                <w:sz w:val="18"/>
                <w:szCs w:val="18"/>
              </w:rPr>
              <w:t>_____</w:t>
            </w:r>
          </w:p>
        </w:tc>
      </w:tr>
    </w:tbl>
    <w:p w14:paraId="68BAA6CA" w14:textId="77777777" w:rsidR="005B47DD" w:rsidRDefault="005B47DD">
      <w:pPr>
        <w:pBdr>
          <w:bottom w:val="single" w:sz="8" w:space="2" w:color="C9A227"/>
        </w:pBdr>
        <w:spacing w:before="160" w:after="80"/>
        <w:rPr>
          <w:b/>
          <w:color w:val="0B1F3A"/>
          <w:sz w:val="23"/>
        </w:rPr>
      </w:pPr>
    </w:p>
    <w:p w14:paraId="68B0CB85" w14:textId="4AA948A4" w:rsidR="006E44A8" w:rsidRDefault="00000000">
      <w:pPr>
        <w:pBdr>
          <w:bottom w:val="single" w:sz="8" w:space="2" w:color="C9A227"/>
        </w:pBdr>
        <w:spacing w:before="160" w:after="80"/>
      </w:pPr>
      <w:r>
        <w:rPr>
          <w:b/>
          <w:color w:val="0B1F3A"/>
          <w:sz w:val="23"/>
        </w:rPr>
        <w:t>PAYMENT DETAILS</w:t>
      </w:r>
    </w:p>
    <w:tbl>
      <w:tblPr>
        <w:tblW w:w="0" w:type="auto"/>
        <w:jc w:val="center"/>
        <w:tblLook w:val="04A0" w:firstRow="1" w:lastRow="0" w:firstColumn="1" w:lastColumn="0" w:noHBand="0" w:noVBand="1"/>
      </w:tblPr>
      <w:tblGrid>
        <w:gridCol w:w="2520"/>
        <w:gridCol w:w="7848"/>
      </w:tblGrid>
      <w:tr w:rsidR="006E44A8" w14:paraId="53E9FE4E" w14:textId="77777777">
        <w:trPr>
          <w:cantSplit/>
          <w:jc w:val="center"/>
        </w:trPr>
        <w:tc>
          <w:tcPr>
            <w:tcW w:w="2520" w:type="dxa"/>
            <w:shd w:val="clear" w:color="auto" w:fill="F4F6F8"/>
          </w:tcPr>
          <w:p w14:paraId="192DB12E" w14:textId="77777777" w:rsidR="006E44A8" w:rsidRDefault="00000000">
            <w:r>
              <w:rPr>
                <w:b/>
                <w:color w:val="0B1F3A"/>
                <w:sz w:val="18"/>
              </w:rPr>
              <w:t>Subscription Paid</w:t>
            </w:r>
          </w:p>
        </w:tc>
        <w:tc>
          <w:tcPr>
            <w:tcW w:w="7848" w:type="dxa"/>
          </w:tcPr>
          <w:p w14:paraId="32EB9BE1" w14:textId="77777777" w:rsidR="006E44A8" w:rsidRDefault="00000000">
            <w:r>
              <w:rPr>
                <w:color w:val="000000"/>
                <w:sz w:val="18"/>
              </w:rPr>
              <w:t>$ ____________________     Date Paid: ____ / ____ / ______</w:t>
            </w:r>
          </w:p>
        </w:tc>
      </w:tr>
      <w:tr w:rsidR="006E44A8" w14:paraId="351184A3" w14:textId="77777777">
        <w:trPr>
          <w:cantSplit/>
          <w:jc w:val="center"/>
        </w:trPr>
        <w:tc>
          <w:tcPr>
            <w:tcW w:w="2520" w:type="dxa"/>
            <w:shd w:val="clear" w:color="auto" w:fill="F4F6F8"/>
          </w:tcPr>
          <w:p w14:paraId="03656CE6" w14:textId="77777777" w:rsidR="006E44A8" w:rsidRDefault="00000000">
            <w:r>
              <w:rPr>
                <w:b/>
                <w:color w:val="0B1F3A"/>
                <w:sz w:val="18"/>
              </w:rPr>
              <w:t>Payment Method</w:t>
            </w:r>
          </w:p>
        </w:tc>
        <w:tc>
          <w:tcPr>
            <w:tcW w:w="7848" w:type="dxa"/>
          </w:tcPr>
          <w:p w14:paraId="2FD04B68" w14:textId="77777777" w:rsidR="006E44A8" w:rsidRDefault="00000000">
            <w:r>
              <w:rPr>
                <w:color w:val="000000"/>
                <w:sz w:val="18"/>
              </w:rPr>
              <w:t>☐ EFTPOS     ☐ Cash     ☐ Internet Banking     ☐ Card</w:t>
            </w:r>
          </w:p>
        </w:tc>
      </w:tr>
      <w:tr w:rsidR="006E44A8" w14:paraId="2136A0F2" w14:textId="77777777">
        <w:trPr>
          <w:cantSplit/>
          <w:jc w:val="center"/>
        </w:trPr>
        <w:tc>
          <w:tcPr>
            <w:tcW w:w="2520" w:type="dxa"/>
            <w:shd w:val="clear" w:color="auto" w:fill="F4F6F8"/>
          </w:tcPr>
          <w:p w14:paraId="19A578FD" w14:textId="77777777" w:rsidR="006E44A8" w:rsidRDefault="00000000">
            <w:r>
              <w:rPr>
                <w:b/>
                <w:color w:val="0B1F3A"/>
                <w:sz w:val="18"/>
              </w:rPr>
              <w:t>Receipt Number</w:t>
            </w:r>
          </w:p>
        </w:tc>
        <w:tc>
          <w:tcPr>
            <w:tcW w:w="7848" w:type="dxa"/>
          </w:tcPr>
          <w:p w14:paraId="58302BBE" w14:textId="77777777" w:rsidR="006E44A8" w:rsidRDefault="00000000">
            <w:r>
              <w:rPr>
                <w:color w:val="000000"/>
                <w:sz w:val="18"/>
              </w:rPr>
              <w:t>____________________________</w:t>
            </w:r>
          </w:p>
        </w:tc>
      </w:tr>
    </w:tbl>
    <w:p w14:paraId="4EC1D62D" w14:textId="3B2634F1" w:rsidR="006E44A8" w:rsidRDefault="006E44A8" w:rsidP="004431BE">
      <w:pPr>
        <w:pBdr>
          <w:bottom w:val="single" w:sz="8" w:space="2" w:color="C9A227"/>
        </w:pBdr>
        <w:spacing w:before="160" w:after="80"/>
      </w:pPr>
    </w:p>
    <w:sectPr w:rsidR="006E44A8" w:rsidSect="005B47DD">
      <w:footerReference w:type="default" r:id="rId8"/>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CBE30" w14:textId="77777777" w:rsidR="004B054C" w:rsidRDefault="004B054C">
      <w:pPr>
        <w:spacing w:after="0" w:line="240" w:lineRule="auto"/>
      </w:pPr>
      <w:r>
        <w:separator/>
      </w:r>
    </w:p>
  </w:endnote>
  <w:endnote w:type="continuationSeparator" w:id="0">
    <w:p w14:paraId="2E808FC9" w14:textId="77777777" w:rsidR="004B054C" w:rsidRDefault="004B0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55A08" w14:textId="77777777" w:rsidR="006E44A8" w:rsidRDefault="00000000">
    <w:pPr>
      <w:pStyle w:val="Footer"/>
      <w:jc w:val="center"/>
    </w:pPr>
    <w:r>
      <w:rPr>
        <w:color w:val="666666"/>
        <w:sz w:val="16"/>
      </w:rPr>
      <w:t>Bays Club Incorporated | Membership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46BED" w14:textId="77777777" w:rsidR="004B054C" w:rsidRDefault="004B054C">
      <w:pPr>
        <w:spacing w:after="0" w:line="240" w:lineRule="auto"/>
      </w:pPr>
      <w:r>
        <w:separator/>
      </w:r>
    </w:p>
  </w:footnote>
  <w:footnote w:type="continuationSeparator" w:id="0">
    <w:p w14:paraId="6ABDCAD3" w14:textId="77777777" w:rsidR="004B054C" w:rsidRDefault="004B0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57430211">
    <w:abstractNumId w:val="8"/>
  </w:num>
  <w:num w:numId="2" w16cid:durableId="663096328">
    <w:abstractNumId w:val="6"/>
  </w:num>
  <w:num w:numId="3" w16cid:durableId="981617554">
    <w:abstractNumId w:val="5"/>
  </w:num>
  <w:num w:numId="4" w16cid:durableId="1014844591">
    <w:abstractNumId w:val="4"/>
  </w:num>
  <w:num w:numId="5" w16cid:durableId="1142187178">
    <w:abstractNumId w:val="7"/>
  </w:num>
  <w:num w:numId="6" w16cid:durableId="1997759536">
    <w:abstractNumId w:val="3"/>
  </w:num>
  <w:num w:numId="7" w16cid:durableId="1667393713">
    <w:abstractNumId w:val="2"/>
  </w:num>
  <w:num w:numId="8" w16cid:durableId="1467430767">
    <w:abstractNumId w:val="1"/>
  </w:num>
  <w:num w:numId="9" w16cid:durableId="2029331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0D62"/>
    <w:rsid w:val="00034616"/>
    <w:rsid w:val="0006063C"/>
    <w:rsid w:val="0015074B"/>
    <w:rsid w:val="002910E6"/>
    <w:rsid w:val="0029639D"/>
    <w:rsid w:val="00326F90"/>
    <w:rsid w:val="0037431E"/>
    <w:rsid w:val="004431BE"/>
    <w:rsid w:val="004B054C"/>
    <w:rsid w:val="005A5542"/>
    <w:rsid w:val="005B47DD"/>
    <w:rsid w:val="006049BC"/>
    <w:rsid w:val="006E44A8"/>
    <w:rsid w:val="00736771"/>
    <w:rsid w:val="0088266F"/>
    <w:rsid w:val="00A04E45"/>
    <w:rsid w:val="00AA1D8D"/>
    <w:rsid w:val="00B47730"/>
    <w:rsid w:val="00CB0664"/>
    <w:rsid w:val="00E6200F"/>
    <w:rsid w:val="00FC693F"/>
    <w:rsid w:val="05BACA6B"/>
    <w:rsid w:val="08E39029"/>
    <w:rsid w:val="0CD338A0"/>
    <w:rsid w:val="1214AE01"/>
    <w:rsid w:val="1AB75F73"/>
    <w:rsid w:val="1B9011A8"/>
    <w:rsid w:val="1DFD4DDE"/>
    <w:rsid w:val="2029ABF5"/>
    <w:rsid w:val="2C61F738"/>
    <w:rsid w:val="2DFF8283"/>
    <w:rsid w:val="3009CD20"/>
    <w:rsid w:val="351E3EC6"/>
    <w:rsid w:val="3EFA38C6"/>
    <w:rsid w:val="4440E906"/>
    <w:rsid w:val="47CC21F4"/>
    <w:rsid w:val="4B89EDAF"/>
    <w:rsid w:val="554B2EC4"/>
    <w:rsid w:val="590FAA1C"/>
    <w:rsid w:val="5FBB0B26"/>
    <w:rsid w:val="7F9DCE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37545DA-C90E-4B19-AE8E-F15F1AC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541</Words>
  <Characters>3089</Characters>
  <Application>Microsoft Office Word</Application>
  <DocSecurity>0</DocSecurity>
  <Lines>25</Lines>
  <Paragraphs>7</Paragraphs>
  <ScaleCrop>false</ScaleCrop>
  <Manager/>
  <Company/>
  <LinksUpToDate>false</LinksUpToDate>
  <CharactersWithSpaces>3623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Fife</dc:creator>
  <cp:keywords/>
  <dc:description>generated by python-docx</dc:description>
  <cp:lastModifiedBy>Ken Fife</cp:lastModifiedBy>
  <cp:revision>12</cp:revision>
  <cp:lastPrinted>2026-08-21T04:27:00Z</cp:lastPrinted>
  <dcterms:created xsi:type="dcterms:W3CDTF">2026-08-19T00:41:00Z</dcterms:created>
  <dcterms:modified xsi:type="dcterms:W3CDTF">2026-08-21T04:39:00Z</dcterms:modified>
  <cp:category/>
</cp:coreProperties>
</file>